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5241"/>
        <w:gridCol w:w="5241"/>
      </w:tblGrid>
      <w:tr w:rsidR="00C76E40" w14:paraId="4E92B2EE" w14:textId="77777777">
        <w:trPr>
          <w:cantSplit/>
          <w:jc w:val="center"/>
        </w:trPr>
        <w:tc>
          <w:tcPr>
            <w:tcW w:w="5241" w:type="dxa"/>
            <w:tcBorders>
              <w:bottom w:val="single" w:sz="4" w:space="0" w:color="D6DCE1"/>
            </w:tcBorders>
            <w:tcMar>
              <w:top w:w="50" w:type="dxa"/>
              <w:left w:w="80" w:type="dxa"/>
              <w:bottom w:w="60" w:type="dxa"/>
              <w:right w:w="80" w:type="dxa"/>
            </w:tcMar>
          </w:tcPr>
          <w:p w14:paraId="7685A026" w14:textId="77777777" w:rsidR="00C76E40" w:rsidRDefault="00000000">
            <w:r>
              <w:rPr>
                <w:b/>
                <w:color w:val="264254"/>
                <w:sz w:val="18"/>
              </w:rPr>
              <w:t>EXPÉDITEUR — ENTREPRISE</w:t>
            </w:r>
          </w:p>
          <w:p w14:paraId="7F5DB934" w14:textId="77777777" w:rsidR="00C76E40" w:rsidRDefault="00000000">
            <w:pPr>
              <w:spacing w:after="20"/>
            </w:pPr>
            <w:r>
              <w:rPr>
                <w:sz w:val="18"/>
              </w:rPr>
              <w:t>Dénomination : ........................................................</w:t>
            </w:r>
          </w:p>
          <w:p w14:paraId="4996F334" w14:textId="77777777" w:rsidR="00C76E40" w:rsidRDefault="00000000">
            <w:pPr>
              <w:spacing w:after="20"/>
            </w:pPr>
            <w:r>
              <w:rPr>
                <w:sz w:val="18"/>
              </w:rPr>
              <w:t>Siège : .......................................................................</w:t>
            </w:r>
          </w:p>
          <w:p w14:paraId="3EFD00B6" w14:textId="77777777" w:rsidR="00C76E40" w:rsidRDefault="00000000">
            <w:pPr>
              <w:spacing w:after="20"/>
            </w:pPr>
            <w:r>
              <w:rPr>
                <w:sz w:val="18"/>
              </w:rPr>
              <w:t>SIREN / TVA : ...............................................................</w:t>
            </w:r>
          </w:p>
        </w:tc>
        <w:tc>
          <w:tcPr>
            <w:tcW w:w="5241" w:type="dxa"/>
            <w:tcBorders>
              <w:bottom w:val="single" w:sz="4" w:space="0" w:color="D6DCE1"/>
            </w:tcBorders>
            <w:tcMar>
              <w:top w:w="50" w:type="dxa"/>
              <w:left w:w="80" w:type="dxa"/>
              <w:bottom w:w="60" w:type="dxa"/>
              <w:right w:w="80" w:type="dxa"/>
            </w:tcMar>
          </w:tcPr>
          <w:p w14:paraId="0B111266" w14:textId="77777777" w:rsidR="00C76E40" w:rsidRDefault="00000000">
            <w:pPr>
              <w:jc w:val="right"/>
            </w:pPr>
            <w:r>
              <w:rPr>
                <w:b/>
                <w:color w:val="264254"/>
                <w:sz w:val="18"/>
              </w:rPr>
              <w:t>DESTINATAIRE — PLATEFORME</w:t>
            </w:r>
          </w:p>
          <w:p w14:paraId="28FB8316" w14:textId="77777777" w:rsidR="00C76E40" w:rsidRDefault="00000000">
            <w:pPr>
              <w:spacing w:after="20"/>
              <w:jc w:val="right"/>
            </w:pPr>
            <w:r>
              <w:rPr>
                <w:sz w:val="18"/>
              </w:rPr>
              <w:t>Dénomination : ........................................................</w:t>
            </w:r>
          </w:p>
          <w:p w14:paraId="53E0A707" w14:textId="77777777" w:rsidR="00C76E40" w:rsidRDefault="00000000">
            <w:pPr>
              <w:spacing w:after="20"/>
              <w:jc w:val="right"/>
            </w:pPr>
            <w:r>
              <w:rPr>
                <w:sz w:val="18"/>
              </w:rPr>
              <w:t>Adresse : .....................................................................</w:t>
            </w:r>
          </w:p>
          <w:p w14:paraId="6C748EAF" w14:textId="77777777" w:rsidR="00C76E40" w:rsidRDefault="00000000">
            <w:pPr>
              <w:spacing w:after="20"/>
              <w:jc w:val="right"/>
            </w:pPr>
            <w:r>
              <w:rPr>
                <w:sz w:val="18"/>
              </w:rPr>
              <w:t>Service / interlocuteur : ...............................................</w:t>
            </w:r>
          </w:p>
        </w:tc>
      </w:tr>
    </w:tbl>
    <w:p w14:paraId="6CE728C1" w14:textId="77777777" w:rsidR="00C76E40" w:rsidRDefault="00000000">
      <w:pPr>
        <w:spacing w:before="80" w:after="20"/>
      </w:pPr>
      <w:r>
        <w:rPr>
          <w:i/>
          <w:color w:val="5B6570"/>
          <w:sz w:val="18"/>
        </w:rPr>
        <w:t>Anticipée par courriel et confirmée par lettre recommandée avec accusé de réception (LRAR)</w:t>
      </w:r>
    </w:p>
    <w:p w14:paraId="7B135B36" w14:textId="77777777" w:rsidR="00C76E40" w:rsidRDefault="00000000">
      <w:pPr>
        <w:jc w:val="right"/>
      </w:pPr>
      <w:r>
        <w:rPr>
          <w:sz w:val="19"/>
        </w:rPr>
        <w:t>À ........................................, le ........................................</w:t>
      </w:r>
    </w:p>
    <w:tbl>
      <w:tblPr>
        <w:tblW w:w="0" w:type="auto"/>
        <w:jc w:val="center"/>
        <w:tblLayout w:type="fixed"/>
        <w:tblLook w:val="04A0" w:firstRow="1" w:lastRow="0" w:firstColumn="1" w:lastColumn="0" w:noHBand="0" w:noVBand="1"/>
      </w:tblPr>
      <w:tblGrid>
        <w:gridCol w:w="10482"/>
      </w:tblGrid>
      <w:tr w:rsidR="00C76E40" w14:paraId="64451C2C" w14:textId="77777777">
        <w:trPr>
          <w:cantSplit/>
          <w:jc w:val="center"/>
        </w:trPr>
        <w:tc>
          <w:tcPr>
            <w:tcW w:w="10482" w:type="dxa"/>
            <w:tcBorders>
              <w:top w:val="single" w:sz="4" w:space="0" w:color="C9D0D6"/>
              <w:left w:val="single" w:sz="4" w:space="0" w:color="C9D0D6"/>
              <w:bottom w:val="single" w:sz="4" w:space="0" w:color="C9D0D6"/>
              <w:right w:val="single" w:sz="4" w:space="0" w:color="C9D0D6"/>
            </w:tcBorders>
            <w:shd w:val="clear" w:color="auto" w:fill="F4F6F7"/>
            <w:tcMar>
              <w:top w:w="70" w:type="dxa"/>
              <w:left w:w="120" w:type="dxa"/>
              <w:bottom w:w="70" w:type="dxa"/>
              <w:right w:w="120" w:type="dxa"/>
            </w:tcMar>
          </w:tcPr>
          <w:p w14:paraId="309F246C" w14:textId="77777777" w:rsidR="00C76E40" w:rsidRDefault="00000000">
            <w:r>
              <w:rPr>
                <w:b/>
                <w:color w:val="264254"/>
              </w:rPr>
              <w:t xml:space="preserve">Objet : </w:t>
            </w:r>
            <w:r>
              <w:rPr>
                <w:b/>
              </w:rPr>
              <w:t>Demande d’annulation du contrat, de suppression des données et de restitution des sommes versées</w:t>
            </w:r>
          </w:p>
        </w:tc>
      </w:tr>
    </w:tbl>
    <w:p w14:paraId="4A56B520" w14:textId="77777777" w:rsidR="00C76E40" w:rsidRDefault="00000000">
      <w:pPr>
        <w:spacing w:before="120" w:after="100"/>
        <w:jc w:val="both"/>
      </w:pPr>
      <w:r>
        <w:t>Madame, Monsieur,</w:t>
      </w:r>
    </w:p>
    <w:tbl>
      <w:tblPr>
        <w:tblW w:w="0" w:type="auto"/>
        <w:jc w:val="center"/>
        <w:tblLayout w:type="fixed"/>
        <w:tblLook w:val="04A0" w:firstRow="1" w:lastRow="0" w:firstColumn="1" w:lastColumn="0" w:noHBand="0" w:noVBand="1"/>
      </w:tblPr>
      <w:tblGrid>
        <w:gridCol w:w="9638"/>
      </w:tblGrid>
      <w:tr w:rsidR="00C76E40" w14:paraId="7D52E289"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B6F711A" w14:textId="77777777" w:rsidR="00C76E40" w:rsidRDefault="00000000">
            <w:pPr>
              <w:keepNext/>
              <w:spacing w:before="20" w:after="20"/>
            </w:pPr>
            <w:r>
              <w:rPr>
                <w:b/>
                <w:color w:val="264254"/>
              </w:rPr>
              <w:t>1 — CONDITIONS DE LA SOUSCRIPTION</w:t>
            </w:r>
          </w:p>
        </w:tc>
      </w:tr>
    </w:tbl>
    <w:p w14:paraId="6FC997C7" w14:textId="77777777" w:rsidR="00C76E40" w:rsidRDefault="00000000">
      <w:pPr>
        <w:spacing w:before="60"/>
        <w:jc w:val="both"/>
      </w:pPr>
      <w:r>
        <w:t>À la demande de mon expert-comptable (ou préciser tout autre organisme), j’ai souscrit à votre solution de facturation électronique le [date], sur la base des informations communiquées concernant sa fiabilité, sa conformité réglementaire, son statut au regard de la réforme de la facturation électronique, la sécurité des données traitées et sa capacité à assurer l’émission, la réception et la transmission des factures électroniques.</w:t>
      </w:r>
    </w:p>
    <w:p w14:paraId="23D0B0CB" w14:textId="77777777" w:rsidR="00C76E40" w:rsidRDefault="00000000">
      <w:pPr>
        <w:spacing w:after="120"/>
        <w:jc w:val="both"/>
      </w:pPr>
      <w:r>
        <w:t>Il m’a été précisé, en outre, que si je ne souscrivais pas dès à présent, j’allais être sanctionné par les services fiscaux.</w:t>
      </w:r>
    </w:p>
    <w:tbl>
      <w:tblPr>
        <w:tblW w:w="0" w:type="auto"/>
        <w:jc w:val="center"/>
        <w:tblLayout w:type="fixed"/>
        <w:tblLook w:val="04A0" w:firstRow="1" w:lastRow="0" w:firstColumn="1" w:lastColumn="0" w:noHBand="0" w:noVBand="1"/>
      </w:tblPr>
      <w:tblGrid>
        <w:gridCol w:w="9638"/>
      </w:tblGrid>
      <w:tr w:rsidR="00C76E40" w14:paraId="65A19BA6"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181B2D32" w14:textId="77777777" w:rsidR="00C76E40" w:rsidRDefault="00000000">
            <w:pPr>
              <w:keepNext/>
              <w:spacing w:before="20" w:after="20"/>
            </w:pPr>
            <w:r>
              <w:rPr>
                <w:b/>
                <w:color w:val="264254"/>
              </w:rPr>
              <w:t>2 — INFORMATIONS REMISES EN CAUSE APRÈS VÉRIFICATION</w:t>
            </w:r>
          </w:p>
        </w:tc>
      </w:tr>
    </w:tbl>
    <w:p w14:paraId="03DD09E6" w14:textId="77777777" w:rsidR="00C76E40" w:rsidRDefault="00000000">
      <w:pPr>
        <w:spacing w:before="60"/>
        <w:jc w:val="both"/>
      </w:pPr>
      <w:r>
        <w:t>Or, il s’avère que les informations relatives au fonctionnement des plateformes et à leur fiabilité sont remises en cause par la majorité des techniciens en la matière. Par ailleurs, cette dernière information relative à une sanction immédiate est fausse.</w:t>
      </w:r>
    </w:p>
    <w:p w14:paraId="51D160D2" w14:textId="77777777" w:rsidR="00C76E40" w:rsidRDefault="00000000">
      <w:pPr>
        <w:jc w:val="both"/>
      </w:pPr>
      <w:r>
        <w:t>Aucune sanction ne peut m’être infligée avant le 1er septembre [année]. Si je n’ai pas souscrit à cette date à une plateforme, les services fiscaux doivent me mettre en demeure de souscrire, en me laissant un délai de trois mois pour régulariser la situation.</w:t>
      </w:r>
    </w:p>
    <w:p w14:paraId="687C2ED4" w14:textId="77777777" w:rsidR="00C76E40" w:rsidRDefault="00000000">
      <w:pPr>
        <w:spacing w:after="120"/>
        <w:jc w:val="both"/>
      </w:pPr>
      <w:r>
        <w:t>De plus, après vérification et à la suite des informations qui me sont parvenues, il ressort que le système français de la facturation électronique, via des plateformes privées, est provisoire et ne garantit pas la protection de mes données.</w:t>
      </w:r>
    </w:p>
    <w:tbl>
      <w:tblPr>
        <w:tblW w:w="0" w:type="auto"/>
        <w:jc w:val="center"/>
        <w:tblLayout w:type="fixed"/>
        <w:tblLook w:val="04A0" w:firstRow="1" w:lastRow="0" w:firstColumn="1" w:lastColumn="0" w:noHBand="0" w:noVBand="1"/>
      </w:tblPr>
      <w:tblGrid>
        <w:gridCol w:w="9638"/>
      </w:tblGrid>
      <w:tr w:rsidR="00C76E40" w14:paraId="27DF1299"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F1D7359" w14:textId="77777777" w:rsidR="00C76E40" w:rsidRDefault="00000000">
            <w:pPr>
              <w:keepNext/>
              <w:spacing w:before="20" w:after="20"/>
            </w:pPr>
            <w:r>
              <w:rPr>
                <w:b/>
                <w:color w:val="264254"/>
              </w:rPr>
              <w:t>3 — ABSENCE DES GARANTIES ATTENDUES ET VICE DU CONSENTEMENT</w:t>
            </w:r>
          </w:p>
        </w:tc>
      </w:tr>
    </w:tbl>
    <w:p w14:paraId="33D93566" w14:textId="77777777" w:rsidR="00C76E40" w:rsidRDefault="00000000">
      <w:pPr>
        <w:spacing w:before="60"/>
        <w:jc w:val="both"/>
      </w:pPr>
      <w:r>
        <w:t>Ces éléments sont déterminants pour garantir la sécurité des transactions de mon entreprise.</w:t>
      </w:r>
    </w:p>
    <w:p w14:paraId="2EE25E47" w14:textId="77777777" w:rsidR="00C76E40" w:rsidRDefault="00000000">
      <w:pPr>
        <w:jc w:val="both"/>
      </w:pPr>
      <w:r>
        <w:t>Or, votre service de plateforme, qui avait précisément pour objet de satisfaire à des obligations légales et fiscales sensibles impliquant la transmission de données de facturation et de paiement, ne présente pas les garanties attendues.</w:t>
      </w:r>
    </w:p>
    <w:p w14:paraId="3D478390" w14:textId="77777777" w:rsidR="00C76E40" w:rsidRDefault="00000000">
      <w:pPr>
        <w:keepLines/>
        <w:spacing w:after="120"/>
        <w:jc w:val="both"/>
      </w:pPr>
      <w:r>
        <w:t>Ainsi, lors de la souscription du contrat, mon consentement a été vicié. De ce fait, ce contrat est nul et ne peut produire aucun effet de droit.</w:t>
      </w:r>
    </w:p>
    <w:tbl>
      <w:tblPr>
        <w:tblW w:w="0" w:type="auto"/>
        <w:jc w:val="center"/>
        <w:tblLayout w:type="fixed"/>
        <w:tblLook w:val="04A0" w:firstRow="1" w:lastRow="0" w:firstColumn="1" w:lastColumn="0" w:noHBand="0" w:noVBand="1"/>
      </w:tblPr>
      <w:tblGrid>
        <w:gridCol w:w="9638"/>
      </w:tblGrid>
      <w:tr w:rsidR="00C76E40" w14:paraId="390797DE"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B8F06DF" w14:textId="77777777" w:rsidR="00C76E40" w:rsidRDefault="00000000">
            <w:pPr>
              <w:keepNext/>
              <w:spacing w:before="20" w:after="20"/>
            </w:pPr>
            <w:r>
              <w:rPr>
                <w:b/>
                <w:color w:val="264254"/>
              </w:rPr>
              <w:t>4 — DEMANDES FORMELLES</w:t>
            </w:r>
          </w:p>
        </w:tc>
      </w:tr>
    </w:tbl>
    <w:p w14:paraId="7359E70D" w14:textId="77777777" w:rsidR="00C76E40" w:rsidRDefault="00000000">
      <w:pPr>
        <w:spacing w:before="60" w:after="60"/>
        <w:jc w:val="both"/>
      </w:pPr>
      <w:r>
        <w:t>Par conséquent, je vous demande de procéder aux opérations suivantes :</w:t>
      </w:r>
    </w:p>
    <w:p w14:paraId="5B01E1E5" w14:textId="77777777" w:rsidR="00C76E40" w:rsidRDefault="00000000">
      <w:pPr>
        <w:keepLines/>
        <w:spacing w:after="60" w:line="252" w:lineRule="auto"/>
        <w:ind w:left="255" w:hanging="170"/>
        <w:jc w:val="both"/>
      </w:pPr>
      <w:r>
        <w:rPr>
          <w:b/>
          <w:color w:val="264254"/>
          <w:sz w:val="20"/>
        </w:rPr>
        <w:t xml:space="preserve">• Suppression des données : </w:t>
      </w:r>
      <w:r>
        <w:rPr>
          <w:sz w:val="20"/>
        </w:rPr>
        <w:t>supprimer toutes les données de mon entreprise présentes au sein de votre plateforme et me confirmer par écrit leur suppression effective ;</w:t>
      </w:r>
    </w:p>
    <w:p w14:paraId="7243F7EA" w14:textId="77777777" w:rsidR="00C76E40" w:rsidRDefault="00000000">
      <w:pPr>
        <w:keepLines/>
        <w:spacing w:after="60" w:line="252" w:lineRule="auto"/>
        <w:ind w:left="255" w:hanging="170"/>
        <w:jc w:val="both"/>
      </w:pPr>
      <w:r>
        <w:rPr>
          <w:b/>
          <w:color w:val="264254"/>
          <w:sz w:val="20"/>
        </w:rPr>
        <w:t xml:space="preserve">• Restitution des sommes : </w:t>
      </w:r>
      <w:r>
        <w:rPr>
          <w:sz w:val="20"/>
        </w:rPr>
        <w:t>me restituer les sommes versées au moment de la souscription du contrat, pour un montant total de [montant à préciser] ;</w:t>
      </w:r>
    </w:p>
    <w:p w14:paraId="348AB129" w14:textId="77777777" w:rsidR="00C76E40" w:rsidRDefault="00000000">
      <w:pPr>
        <w:keepLines/>
        <w:spacing w:after="60" w:line="252" w:lineRule="auto"/>
        <w:ind w:left="255" w:hanging="170"/>
        <w:jc w:val="both"/>
      </w:pPr>
      <w:r>
        <w:rPr>
          <w:b/>
          <w:color w:val="264254"/>
          <w:sz w:val="20"/>
        </w:rPr>
        <w:t xml:space="preserve">• Confirmation écrite : </w:t>
      </w:r>
      <w:r>
        <w:rPr>
          <w:sz w:val="20"/>
        </w:rPr>
        <w:t>me confirmer par retour la prise en compte complète de la présente demande.</w:t>
      </w:r>
    </w:p>
    <w:p w14:paraId="47BB53FA" w14:textId="77777777" w:rsidR="00C76E40" w:rsidRDefault="00000000">
      <w:pPr>
        <w:keepLines/>
        <w:spacing w:before="40" w:after="120"/>
        <w:jc w:val="both"/>
      </w:pPr>
      <w:r>
        <w:t>Je vous informe que le prélèvement automatique a d’ores et déjà été arrêté par mes soins.</w:t>
      </w:r>
    </w:p>
    <w:p w14:paraId="78916EBD" w14:textId="77777777" w:rsidR="00C76E40" w:rsidRDefault="00000000">
      <w:r>
        <w:br w:type="page"/>
      </w:r>
    </w:p>
    <w:tbl>
      <w:tblPr>
        <w:tblW w:w="0" w:type="auto"/>
        <w:jc w:val="center"/>
        <w:tblLayout w:type="fixed"/>
        <w:tblLook w:val="04A0" w:firstRow="1" w:lastRow="0" w:firstColumn="1" w:lastColumn="0" w:noHBand="0" w:noVBand="1"/>
      </w:tblPr>
      <w:tblGrid>
        <w:gridCol w:w="9638"/>
      </w:tblGrid>
      <w:tr w:rsidR="00C76E40" w14:paraId="36BF0CA7" w14:textId="77777777">
        <w:trPr>
          <w:cantSplit/>
          <w:jc w:val="center"/>
        </w:trPr>
        <w:tc>
          <w:tcPr>
            <w:tcW w:w="9638" w:type="dxa"/>
            <w:tcBorders>
              <w:top w:val="single" w:sz="4" w:space="0" w:color="B8C5D1"/>
              <w:left w:val="single" w:sz="4" w:space="0" w:color="B8C5D1"/>
              <w:bottom w:val="single" w:sz="4" w:space="0" w:color="B8C5D1"/>
              <w:right w:val="single" w:sz="4" w:space="0" w:color="B8C5D1"/>
            </w:tcBorders>
            <w:shd w:val="clear" w:color="auto" w:fill="EAF0F5"/>
            <w:tcMar>
              <w:top w:w="70" w:type="dxa"/>
              <w:left w:w="110" w:type="dxa"/>
              <w:bottom w:w="70" w:type="dxa"/>
              <w:right w:w="110" w:type="dxa"/>
            </w:tcMar>
          </w:tcPr>
          <w:p w14:paraId="7E524F74" w14:textId="77777777" w:rsidR="00C76E40" w:rsidRDefault="00000000">
            <w:pPr>
              <w:keepNext/>
              <w:spacing w:before="20" w:after="20"/>
            </w:pPr>
            <w:r>
              <w:rPr>
                <w:b/>
                <w:color w:val="264254"/>
              </w:rPr>
              <w:lastRenderedPageBreak/>
              <w:t>5 — PORTÉE DE MA POSITION ET SUITES ENVISAGÉES</w:t>
            </w:r>
          </w:p>
        </w:tc>
      </w:tr>
    </w:tbl>
    <w:p w14:paraId="5A5531B7" w14:textId="77777777" w:rsidR="00C76E40" w:rsidRDefault="00000000">
      <w:pPr>
        <w:spacing w:before="60"/>
        <w:jc w:val="both"/>
      </w:pPr>
      <w:r>
        <w:t>Je vous précise dès à présent que ma position est irrévocable et que toute pression de votre part sera considérée comme une tentative de chantage, une tentative d’extorsion de consentement, voire du harcèlement.</w:t>
      </w:r>
    </w:p>
    <w:p w14:paraId="11612B86" w14:textId="77777777" w:rsidR="00C76E40" w:rsidRDefault="00000000">
      <w:pPr>
        <w:jc w:val="both"/>
      </w:pPr>
      <w:r>
        <w:t>Je transmets copie du présent courrier aux services fiscaux compétents du ressort de mon entreprise.</w:t>
      </w:r>
    </w:p>
    <w:p w14:paraId="57CF78B0" w14:textId="77777777" w:rsidR="00C76E40" w:rsidRDefault="00000000">
      <w:pPr>
        <w:keepLines/>
        <w:spacing w:after="120"/>
        <w:jc w:val="both"/>
      </w:pPr>
      <w:r>
        <w:t>À défaut de satisfaire à la présente lettre, je vous informe que je transmettrai le dossier à mon avocat pour la mise en œuvre de toutes les actions civiles et pénales nécessaires à la sauvegarde de mes droits et de mon entreprise.</w:t>
      </w:r>
    </w:p>
    <w:tbl>
      <w:tblPr>
        <w:tblW w:w="0" w:type="auto"/>
        <w:jc w:val="center"/>
        <w:tblLayout w:type="fixed"/>
        <w:tblLook w:val="04A0" w:firstRow="1" w:lastRow="0" w:firstColumn="1" w:lastColumn="0" w:noHBand="0" w:noVBand="1"/>
      </w:tblPr>
      <w:tblGrid>
        <w:gridCol w:w="10482"/>
      </w:tblGrid>
      <w:tr w:rsidR="00C76E40" w14:paraId="7209DDB1" w14:textId="77777777">
        <w:trPr>
          <w:cantSplit/>
          <w:jc w:val="center"/>
        </w:trPr>
        <w:tc>
          <w:tcPr>
            <w:tcW w:w="10482" w:type="dxa"/>
            <w:tcBorders>
              <w:top w:val="single" w:sz="4" w:space="0" w:color="C8B77A"/>
              <w:left w:val="single" w:sz="4" w:space="0" w:color="C8B77A"/>
              <w:bottom w:val="single" w:sz="4" w:space="0" w:color="C8B77A"/>
              <w:right w:val="single" w:sz="4" w:space="0" w:color="C8B77A"/>
            </w:tcBorders>
            <w:shd w:val="clear" w:color="auto" w:fill="F7F4EB"/>
            <w:tcMar>
              <w:top w:w="65" w:type="dxa"/>
              <w:left w:w="110" w:type="dxa"/>
              <w:bottom w:w="65" w:type="dxa"/>
              <w:right w:w="110" w:type="dxa"/>
            </w:tcMar>
          </w:tcPr>
          <w:p w14:paraId="4D55DCF1" w14:textId="77777777" w:rsidR="00C76E40" w:rsidRDefault="00000000">
            <w:r>
              <w:rPr>
                <w:b/>
                <w:color w:val="6A5520"/>
                <w:sz w:val="19"/>
              </w:rPr>
              <w:t xml:space="preserve">Demandes principales : </w:t>
            </w:r>
            <w:r>
              <w:rPr>
                <w:sz w:val="19"/>
              </w:rPr>
              <w:t>annulation du contrat, suppression complète des données, confirmation écrite et restitution des sommes versées.</w:t>
            </w:r>
          </w:p>
        </w:tc>
      </w:tr>
    </w:tbl>
    <w:p w14:paraId="7F8ACED3" w14:textId="77777777" w:rsidR="00C76E40" w:rsidRDefault="00000000">
      <w:pPr>
        <w:spacing w:before="160" w:after="60"/>
        <w:jc w:val="both"/>
      </w:pPr>
      <w:r>
        <w:t>Dans l’attente de votre retour,</w:t>
      </w:r>
    </w:p>
    <w:p w14:paraId="0B2D7AB4" w14:textId="77777777" w:rsidR="00C76E40" w:rsidRDefault="00000000">
      <w:pPr>
        <w:spacing w:after="160"/>
        <w:jc w:val="both"/>
      </w:pPr>
      <w:r>
        <w:t>Veuillez agréer, Madame, Monsieur, l’expression de mes salutations distinguées.</w:t>
      </w:r>
    </w:p>
    <w:tbl>
      <w:tblPr>
        <w:tblW w:w="0" w:type="auto"/>
        <w:jc w:val="center"/>
        <w:tblLayout w:type="fixed"/>
        <w:tblLook w:val="04A0" w:firstRow="1" w:lastRow="0" w:firstColumn="1" w:lastColumn="0" w:noHBand="0" w:noVBand="1"/>
      </w:tblPr>
      <w:tblGrid>
        <w:gridCol w:w="5241"/>
        <w:gridCol w:w="5241"/>
      </w:tblGrid>
      <w:tr w:rsidR="00C76E40" w14:paraId="35E531D3" w14:textId="77777777">
        <w:trPr>
          <w:cantSplit/>
          <w:jc w:val="center"/>
        </w:trPr>
        <w:tc>
          <w:tcPr>
            <w:tcW w:w="5241" w:type="dxa"/>
            <w:tcBorders>
              <w:top w:val="single" w:sz="4" w:space="0" w:color="D6DCE1"/>
            </w:tcBorders>
            <w:tcMar>
              <w:top w:w="80" w:type="dxa"/>
              <w:left w:w="80" w:type="dxa"/>
              <w:bottom w:w="80" w:type="dxa"/>
              <w:right w:w="80" w:type="dxa"/>
            </w:tcMar>
          </w:tcPr>
          <w:p w14:paraId="6AC8FD37" w14:textId="77777777" w:rsidR="00C76E40" w:rsidRDefault="00000000">
            <w:pPr>
              <w:spacing w:before="160"/>
            </w:pPr>
            <w:r>
              <w:rPr>
                <w:b/>
                <w:sz w:val="19"/>
              </w:rPr>
              <w:t>Cachet de l’entreprise</w:t>
            </w:r>
          </w:p>
          <w:p w14:paraId="3BA71F2B" w14:textId="77777777" w:rsidR="00C76E40" w:rsidRDefault="00000000">
            <w:r>
              <w:br/>
            </w:r>
            <w:r>
              <w:br/>
            </w:r>
          </w:p>
        </w:tc>
        <w:tc>
          <w:tcPr>
            <w:tcW w:w="5241" w:type="dxa"/>
            <w:tcBorders>
              <w:top w:val="single" w:sz="4" w:space="0" w:color="D6DCE1"/>
            </w:tcBorders>
            <w:tcMar>
              <w:top w:w="80" w:type="dxa"/>
              <w:left w:w="80" w:type="dxa"/>
              <w:bottom w:w="80" w:type="dxa"/>
              <w:right w:w="80" w:type="dxa"/>
            </w:tcMar>
          </w:tcPr>
          <w:p w14:paraId="15637596" w14:textId="77777777" w:rsidR="00C76E40" w:rsidRDefault="00000000">
            <w:pPr>
              <w:spacing w:before="160"/>
              <w:jc w:val="right"/>
            </w:pPr>
            <w:r>
              <w:rPr>
                <w:b/>
                <w:sz w:val="19"/>
              </w:rPr>
              <w:t>Signature du représentant légal</w:t>
            </w:r>
          </w:p>
          <w:p w14:paraId="23A2C17A" w14:textId="77777777" w:rsidR="00C76E40" w:rsidRDefault="00000000">
            <w:r>
              <w:br/>
            </w:r>
            <w:r>
              <w:br/>
            </w:r>
          </w:p>
        </w:tc>
      </w:tr>
    </w:tbl>
    <w:p w14:paraId="34B53096" w14:textId="77777777" w:rsidR="000F1191" w:rsidRDefault="000F1191"/>
    <w:sectPr w:rsidR="000F1191" w:rsidSect="00034616">
      <w:headerReference w:type="default" r:id="rId8"/>
      <w:footerReference w:type="default" r:id="rId9"/>
      <w:pgSz w:w="12240" w:h="15840"/>
      <w:pgMar w:top="709" w:right="879" w:bottom="709" w:left="879"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16D558" w14:textId="77777777" w:rsidR="000F1191" w:rsidRDefault="000F1191">
      <w:pPr>
        <w:spacing w:after="0" w:line="240" w:lineRule="auto"/>
      </w:pPr>
      <w:r>
        <w:separator/>
      </w:r>
    </w:p>
  </w:endnote>
  <w:endnote w:type="continuationSeparator" w:id="0">
    <w:p w14:paraId="370F07F3" w14:textId="77777777" w:rsidR="000F1191" w:rsidRDefault="000F1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FD3C5" w14:textId="77777777" w:rsidR="00C76E40" w:rsidRDefault="00000000">
    <w:pPr>
      <w:pStyle w:val="Pieddepage"/>
      <w:jc w:val="center"/>
    </w:pPr>
    <w:r>
      <w:rPr>
        <w:color w:val="6A6A6A"/>
        <w:sz w:val="16"/>
      </w:rPr>
      <w:t xml:space="preserve">Page </w:t>
    </w:r>
    <w:r>
      <w:rPr>
        <w:color w:val="6A6A6A"/>
        <w:sz w:val="16"/>
      </w:rPr>
      <w:fldChar w:fldCharType="begin"/>
    </w:r>
    <w:r>
      <w:rPr>
        <w:color w:val="6A6A6A"/>
        <w:sz w:val="16"/>
      </w:rPr>
      <w:instrText>PAGE</w:instrText>
    </w:r>
    <w:r w:rsidR="00110BB9">
      <w:rPr>
        <w:color w:val="6A6A6A"/>
        <w:sz w:val="16"/>
      </w:rPr>
      <w:fldChar w:fldCharType="separate"/>
    </w:r>
    <w:r w:rsidR="00110BB9">
      <w:rPr>
        <w:noProof/>
        <w:color w:val="6A6A6A"/>
        <w:sz w:val="16"/>
      </w:rPr>
      <w:t>1</w:t>
    </w:r>
    <w:r>
      <w:rPr>
        <w:color w:val="6A6A6A"/>
        <w:sz w:val="16"/>
      </w:rPr>
      <w:fldChar w:fldCharType="end"/>
    </w:r>
    <w:r>
      <w:rPr>
        <w:color w:val="6A6A6A"/>
        <w:sz w:val="16"/>
      </w:rPr>
      <w:t xml:space="preserve"> / </w:t>
    </w:r>
    <w:r>
      <w:rPr>
        <w:color w:val="6A6A6A"/>
        <w:sz w:val="16"/>
      </w:rPr>
      <w:fldChar w:fldCharType="begin"/>
    </w:r>
    <w:r>
      <w:rPr>
        <w:color w:val="6A6A6A"/>
        <w:sz w:val="16"/>
      </w:rPr>
      <w:instrText>NUMPAGES</w:instrText>
    </w:r>
    <w:r w:rsidR="00110BB9">
      <w:rPr>
        <w:color w:val="6A6A6A"/>
        <w:sz w:val="16"/>
      </w:rPr>
      <w:fldChar w:fldCharType="separate"/>
    </w:r>
    <w:r w:rsidR="00110BB9">
      <w:rPr>
        <w:noProof/>
        <w:color w:val="6A6A6A"/>
        <w:sz w:val="16"/>
      </w:rPr>
      <w:t>2</w:t>
    </w:r>
    <w:r>
      <w:rPr>
        <w:color w:val="6A6A6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EA51B3" w14:textId="77777777" w:rsidR="000F1191" w:rsidRDefault="000F1191">
      <w:pPr>
        <w:spacing w:after="0" w:line="240" w:lineRule="auto"/>
      </w:pPr>
      <w:r>
        <w:separator/>
      </w:r>
    </w:p>
  </w:footnote>
  <w:footnote w:type="continuationSeparator" w:id="0">
    <w:p w14:paraId="410C6330" w14:textId="77777777" w:rsidR="000F1191" w:rsidRDefault="000F1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13CEB2" w14:textId="77777777" w:rsidR="00C76E40" w:rsidRDefault="00000000">
    <w:pPr>
      <w:pStyle w:val="En-tte"/>
      <w:jc w:val="center"/>
    </w:pPr>
    <w:r>
      <w:rPr>
        <w:b/>
        <w:color w:val="5B6570"/>
        <w:sz w:val="17"/>
      </w:rPr>
      <w:t>FACTURATION ÉLECTRONIQUE — DEMANDE D’ANNULATION DU CONTRAT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55982584">
    <w:abstractNumId w:val="8"/>
  </w:num>
  <w:num w:numId="2" w16cid:durableId="1883401772">
    <w:abstractNumId w:val="6"/>
  </w:num>
  <w:num w:numId="3" w16cid:durableId="1381242798">
    <w:abstractNumId w:val="5"/>
  </w:num>
  <w:num w:numId="4" w16cid:durableId="912010031">
    <w:abstractNumId w:val="4"/>
  </w:num>
  <w:num w:numId="5" w16cid:durableId="625039933">
    <w:abstractNumId w:val="7"/>
  </w:num>
  <w:num w:numId="6" w16cid:durableId="902176248">
    <w:abstractNumId w:val="3"/>
  </w:num>
  <w:num w:numId="7" w16cid:durableId="962341664">
    <w:abstractNumId w:val="2"/>
  </w:num>
  <w:num w:numId="8" w16cid:durableId="327445078">
    <w:abstractNumId w:val="1"/>
  </w:num>
  <w:num w:numId="9" w16cid:durableId="56480400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1191"/>
    <w:rsid w:val="00110BB9"/>
    <w:rsid w:val="0015074B"/>
    <w:rsid w:val="001C5E66"/>
    <w:rsid w:val="0029639D"/>
    <w:rsid w:val="00326F90"/>
    <w:rsid w:val="00AA1D8D"/>
    <w:rsid w:val="00B47730"/>
    <w:rsid w:val="00C76E4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0E297A"/>
  <w14:defaultImageDpi w14:val="300"/>
  <w15:docId w15:val="{0B68E843-1E66-094F-A84C-4C22DBBAB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color w:val="1E1E1E"/>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mandenumrote">
    <w:name w:val="Demande numérotée"/>
    <w:pPr>
      <w:spacing w:after="60" w:line="252" w:lineRule="auto"/>
      <w:ind w:left="369" w:hanging="369"/>
    </w:pPr>
    <w:rPr>
      <w:rFonts w:ascii="Arial" w:hAnsi="Arial"/>
      <w:sz w:val="20"/>
    </w:rPr>
  </w:style>
  <w:style w:type="paragraph" w:customStyle="1" w:styleId="Confirmation">
    <w:name w:val="Confirmation"/>
    <w:pPr>
      <w:spacing w:after="60" w:line="252" w:lineRule="auto"/>
      <w:ind w:left="369" w:hanging="198"/>
    </w:pPr>
    <w:rPr>
      <w:rFonts w:ascii="Arial" w:hAnsi="Arial"/>
      <w:sz w:val="20"/>
    </w:rPr>
  </w:style>
  <w:style w:type="paragraph" w:customStyle="1" w:styleId="Pice">
    <w:name w:val="Pièce"/>
    <w:pPr>
      <w:spacing w:after="60" w:line="252" w:lineRule="auto"/>
      <w:ind w:left="369" w:hanging="369"/>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3638</Characters>
  <Application>Microsoft Office Word</Application>
  <DocSecurity>0</DocSecurity>
  <Lines>65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de demande d’annulation d’un contrat de plateforme de facturation électronique</dc:title>
  <dc:subject>Demande de suppression des données et de restitution des sommes versées</dc:subject>
  <dc:creator>tmpx</dc:creator>
  <cp:keywords>facturation électronique, plateforme, contrat, annulation, consentement, suppression des données, remboursement</cp:keywords>
  <dc:description>generated by python-docx</dc:description>
  <cp:lastModifiedBy>Vadim Rodtchenki</cp:lastModifiedBy>
  <cp:revision>2</cp:revision>
  <dcterms:created xsi:type="dcterms:W3CDTF">2026-07-28T03:46:00Z</dcterms:created>
  <dcterms:modified xsi:type="dcterms:W3CDTF">2026-07-28T03:46:00Z</dcterms:modified>
  <cp:category/>
</cp:coreProperties>
</file>