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5043"/>
        <w:gridCol w:w="5043"/>
      </w:tblGrid>
      <w:tr w:rsidR="008C38E1" w14:paraId="550E7238" w14:textId="77777777">
        <w:trPr>
          <w:cantSplit/>
          <w:jc w:val="center"/>
        </w:trPr>
        <w:tc>
          <w:tcPr>
            <w:tcW w:w="5043" w:type="dxa"/>
            <w:tcMar>
              <w:top w:w="0" w:type="dxa"/>
              <w:left w:w="0" w:type="dxa"/>
              <w:bottom w:w="0" w:type="dxa"/>
              <w:right w:w="0" w:type="dxa"/>
            </w:tcMar>
          </w:tcPr>
          <w:p w14:paraId="293ED608" w14:textId="77777777" w:rsidR="008C38E1" w:rsidRDefault="00000000">
            <w:pPr>
              <w:spacing w:after="20"/>
            </w:pPr>
            <w:r>
              <w:rPr>
                <w:rFonts w:eastAsia="Arial"/>
                <w:b/>
              </w:rPr>
              <w:t>[Nom ou raison sociale]</w:t>
            </w:r>
          </w:p>
          <w:p w14:paraId="6AA5B2C4" w14:textId="77777777" w:rsidR="008C38E1" w:rsidRDefault="00000000">
            <w:pPr>
              <w:spacing w:after="10"/>
            </w:pPr>
            <w:r>
              <w:rPr>
                <w:rFonts w:eastAsia="Arial"/>
                <w:sz w:val="19"/>
              </w:rPr>
              <w:t>SIREN : [numéro]</w:t>
            </w:r>
          </w:p>
          <w:p w14:paraId="71C7FC71" w14:textId="77777777" w:rsidR="008C38E1" w:rsidRDefault="00000000">
            <w:pPr>
              <w:spacing w:after="10"/>
            </w:pPr>
            <w:r>
              <w:rPr>
                <w:rFonts w:eastAsia="Arial"/>
                <w:sz w:val="19"/>
              </w:rPr>
              <w:t>Adresse : [adresse]</w:t>
            </w:r>
          </w:p>
          <w:p w14:paraId="202C62D4" w14:textId="77777777" w:rsidR="008C38E1" w:rsidRDefault="00000000">
            <w:pPr>
              <w:spacing w:after="10"/>
            </w:pPr>
            <w:r>
              <w:rPr>
                <w:rFonts w:eastAsia="Arial"/>
                <w:sz w:val="19"/>
              </w:rPr>
              <w:t>Téléphone : [numéro]</w:t>
            </w:r>
          </w:p>
          <w:p w14:paraId="61D82885" w14:textId="77777777" w:rsidR="008C38E1" w:rsidRDefault="00000000">
            <w:pPr>
              <w:spacing w:after="10"/>
            </w:pPr>
            <w:r>
              <w:rPr>
                <w:rFonts w:eastAsia="Arial"/>
                <w:sz w:val="19"/>
              </w:rPr>
              <w:t>Courriel : [adresse électronique]</w:t>
            </w:r>
          </w:p>
        </w:tc>
        <w:tc>
          <w:tcPr>
            <w:tcW w:w="5043" w:type="dxa"/>
            <w:tcMar>
              <w:top w:w="0" w:type="dxa"/>
              <w:left w:w="0" w:type="dxa"/>
              <w:bottom w:w="0" w:type="dxa"/>
              <w:right w:w="0" w:type="dxa"/>
            </w:tcMar>
          </w:tcPr>
          <w:p w14:paraId="3C97576D" w14:textId="77777777" w:rsidR="008C38E1" w:rsidRDefault="00000000">
            <w:pPr>
              <w:spacing w:after="20"/>
              <w:ind w:left="567"/>
            </w:pPr>
            <w:r>
              <w:rPr>
                <w:rFonts w:eastAsia="Arial"/>
                <w:i/>
                <w:color w:val="505050"/>
                <w:sz w:val="19"/>
              </w:rPr>
              <w:t>À l’attention de :</w:t>
            </w:r>
          </w:p>
          <w:p w14:paraId="1501B3A9" w14:textId="77777777" w:rsidR="008C38E1" w:rsidRDefault="00000000">
            <w:pPr>
              <w:spacing w:after="10"/>
              <w:ind w:left="567"/>
            </w:pPr>
            <w:r>
              <w:rPr>
                <w:rFonts w:eastAsia="Arial"/>
                <w:b/>
                <w:sz w:val="19"/>
              </w:rPr>
              <w:t>[Nom du fournisseur / service facturation]</w:t>
            </w:r>
          </w:p>
          <w:p w14:paraId="7D5623AC" w14:textId="77777777" w:rsidR="008C38E1" w:rsidRDefault="00000000">
            <w:pPr>
              <w:spacing w:after="10"/>
              <w:ind w:left="567"/>
            </w:pPr>
            <w:r>
              <w:rPr>
                <w:rFonts w:eastAsia="Arial"/>
                <w:sz w:val="19"/>
              </w:rPr>
              <w:t>[Nom de l’entreprise]</w:t>
            </w:r>
          </w:p>
          <w:p w14:paraId="6CA3700C" w14:textId="77777777" w:rsidR="008C38E1" w:rsidRDefault="00000000">
            <w:pPr>
              <w:spacing w:after="10"/>
              <w:ind w:left="567"/>
            </w:pPr>
            <w:r>
              <w:rPr>
                <w:rFonts w:eastAsia="Arial"/>
                <w:sz w:val="19"/>
              </w:rPr>
              <w:t>[Adresse postale complète]</w:t>
            </w:r>
          </w:p>
        </w:tc>
      </w:tr>
    </w:tbl>
    <w:p w14:paraId="2640C3E8" w14:textId="77777777" w:rsidR="008C38E1" w:rsidRDefault="008C38E1">
      <w:pPr>
        <w:spacing w:after="0"/>
      </w:pP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5043"/>
        <w:gridCol w:w="5043"/>
      </w:tblGrid>
      <w:tr w:rsidR="008C38E1" w14:paraId="2FDE278B" w14:textId="77777777">
        <w:trPr>
          <w:cantSplit/>
          <w:jc w:val="center"/>
        </w:trPr>
        <w:tc>
          <w:tcPr>
            <w:tcW w:w="5043" w:type="dxa"/>
            <w:tcMar>
              <w:top w:w="0" w:type="dxa"/>
              <w:left w:w="0" w:type="dxa"/>
              <w:bottom w:w="0" w:type="dxa"/>
              <w:right w:w="0" w:type="dxa"/>
            </w:tcMar>
          </w:tcPr>
          <w:p w14:paraId="1DA874E6" w14:textId="77777777" w:rsidR="008C38E1" w:rsidRDefault="00000000">
            <w:pPr>
              <w:spacing w:after="0"/>
            </w:pPr>
            <w:r>
              <w:rPr>
                <w:rFonts w:eastAsia="Arial"/>
                <w:i/>
                <w:color w:val="5A5A5A"/>
                <w:sz w:val="18"/>
              </w:rPr>
              <w:t>Mode d’envoi : courrier électronique ou courrier postal</w:t>
            </w:r>
          </w:p>
        </w:tc>
        <w:tc>
          <w:tcPr>
            <w:tcW w:w="5043" w:type="dxa"/>
            <w:tcMar>
              <w:top w:w="0" w:type="dxa"/>
              <w:left w:w="0" w:type="dxa"/>
              <w:bottom w:w="0" w:type="dxa"/>
              <w:right w:w="0" w:type="dxa"/>
            </w:tcMar>
          </w:tcPr>
          <w:p w14:paraId="62995852" w14:textId="77777777" w:rsidR="008C38E1" w:rsidRDefault="00000000">
            <w:pPr>
              <w:spacing w:after="0"/>
              <w:jc w:val="right"/>
            </w:pPr>
            <w:r>
              <w:rPr>
                <w:rFonts w:eastAsia="Arial"/>
                <w:sz w:val="19"/>
              </w:rPr>
              <w:t>[lieu], le [date]</w:t>
            </w:r>
          </w:p>
        </w:tc>
      </w:tr>
    </w:tbl>
    <w:p w14:paraId="789FCC98" w14:textId="77777777" w:rsidR="008C38E1" w:rsidRDefault="008C38E1">
      <w:pPr>
        <w:pBdr>
          <w:bottom w:val="single" w:sz="6" w:space="1" w:color="B7B7B7"/>
        </w:pBdr>
        <w:spacing w:before="40" w:after="160"/>
      </w:pPr>
    </w:p>
    <w:p w14:paraId="2578DFE7" w14:textId="1CAF92FE" w:rsidR="008C38E1" w:rsidRDefault="00000000">
      <w:pPr>
        <w:pStyle w:val="Objet"/>
      </w:pPr>
      <w:proofErr w:type="spellStart"/>
      <w:proofErr w:type="gramStart"/>
      <w:r>
        <w:rPr>
          <w:rFonts w:eastAsia="Arial"/>
        </w:rPr>
        <w:t>Objet</w:t>
      </w:r>
      <w:proofErr w:type="spellEnd"/>
      <w:r>
        <w:rPr>
          <w:rFonts w:eastAsia="Arial"/>
        </w:rPr>
        <w:t xml:space="preserve"> :</w:t>
      </w:r>
      <w:proofErr w:type="gramEnd"/>
      <w:r>
        <w:rPr>
          <w:rFonts w:eastAsia="Arial"/>
        </w:rPr>
        <w:t xml:space="preserve"> </w:t>
      </w:r>
      <w:proofErr w:type="spellStart"/>
      <w:r>
        <w:rPr>
          <w:rFonts w:eastAsia="Arial"/>
        </w:rPr>
        <w:t>Demande</w:t>
      </w:r>
      <w:proofErr w:type="spellEnd"/>
      <w:r>
        <w:rPr>
          <w:rFonts w:eastAsia="Arial"/>
        </w:rPr>
        <w:t xml:space="preserve"> </w:t>
      </w:r>
      <w:proofErr w:type="spellStart"/>
      <w:r>
        <w:rPr>
          <w:rFonts w:eastAsia="Arial"/>
        </w:rPr>
        <w:t>d’envoi</w:t>
      </w:r>
      <w:proofErr w:type="spellEnd"/>
      <w:r>
        <w:rPr>
          <w:rFonts w:eastAsia="Arial"/>
        </w:rPr>
        <w:t xml:space="preserve"> direct de </w:t>
      </w:r>
      <w:proofErr w:type="spellStart"/>
      <w:r w:rsidR="00922590">
        <w:rPr>
          <w:rFonts w:eastAsia="Arial"/>
        </w:rPr>
        <w:t>vo</w:t>
      </w:r>
      <w:r>
        <w:rPr>
          <w:rFonts w:eastAsia="Arial"/>
        </w:rPr>
        <w:t>s</w:t>
      </w:r>
      <w:proofErr w:type="spellEnd"/>
      <w:r>
        <w:rPr>
          <w:rFonts w:eastAsia="Arial"/>
        </w:rPr>
        <w:t xml:space="preserve"> factures à </w:t>
      </w:r>
      <w:proofErr w:type="spellStart"/>
      <w:r>
        <w:rPr>
          <w:rFonts w:eastAsia="Arial"/>
        </w:rPr>
        <w:t>compter</w:t>
      </w:r>
      <w:proofErr w:type="spellEnd"/>
      <w:r>
        <w:rPr>
          <w:rFonts w:eastAsia="Arial"/>
        </w:rPr>
        <w:t xml:space="preserve"> du 1er </w:t>
      </w:r>
      <w:proofErr w:type="spellStart"/>
      <w:r>
        <w:rPr>
          <w:rFonts w:eastAsia="Arial"/>
        </w:rPr>
        <w:t>septembre</w:t>
      </w:r>
      <w:proofErr w:type="spellEnd"/>
      <w:r>
        <w:rPr>
          <w:rFonts w:eastAsia="Arial"/>
        </w:rPr>
        <w:t xml:space="preserve"> 2026</w:t>
      </w:r>
    </w:p>
    <w:p w14:paraId="29325DFC" w14:textId="77777777" w:rsidR="008C38E1" w:rsidRDefault="00000000">
      <w:pPr>
        <w:spacing w:after="140"/>
      </w:pPr>
      <w:r>
        <w:rPr>
          <w:rFonts w:eastAsia="Arial"/>
        </w:rPr>
        <w:t>Bonjour,</w:t>
      </w:r>
    </w:p>
    <w:p w14:paraId="0C4C67D0" w14:textId="77777777" w:rsidR="008C38E1" w:rsidRDefault="00000000">
      <w:pPr>
        <w:keepLines/>
        <w:spacing w:after="120"/>
      </w:pPr>
      <w:r>
        <w:rPr>
          <w:rFonts w:eastAsia="Arial"/>
        </w:rPr>
        <w:t>À compter du 1er septembre 2026, notre entreprise ne disposera pas d’une adresse de réception active auprès d’une plateforme agréée de facturation électronique.</w:t>
      </w:r>
    </w:p>
    <w:p w14:paraId="6A37532D" w14:textId="77777777" w:rsidR="008C38E1" w:rsidRDefault="00000000">
      <w:pPr>
        <w:keepLines/>
        <w:spacing w:after="120"/>
      </w:pPr>
      <w:r>
        <w:rPr>
          <w:rFonts w:eastAsia="Arial"/>
        </w:rPr>
        <w:t>Afin d’éviter tout rejet de facture, retard de traitement ou blocage de paiement, nous vous demandons de continuer à nous adresser directement vos factures à l’adresse suivante :</w:t>
      </w:r>
    </w:p>
    <w:tbl>
      <w:tblPr>
        <w:tblW w:w="0" w:type="auto"/>
        <w:jc w:val="center"/>
        <w:tblLook w:val="04A0" w:firstRow="1" w:lastRow="0" w:firstColumn="1" w:lastColumn="0" w:noHBand="0" w:noVBand="1"/>
      </w:tblPr>
      <w:tblGrid>
        <w:gridCol w:w="10086"/>
      </w:tblGrid>
      <w:tr w:rsidR="008C38E1" w14:paraId="09EB8764" w14:textId="77777777">
        <w:trPr>
          <w:cantSplit/>
          <w:jc w:val="center"/>
        </w:trPr>
        <w:tc>
          <w:tcPr>
            <w:tcW w:w="10086" w:type="dxa"/>
            <w:tcBorders>
              <w:top w:val="single" w:sz="6" w:space="0" w:color="B7B7B7"/>
              <w:left w:val="single" w:sz="6" w:space="0" w:color="B7B7B7"/>
              <w:bottom w:val="single" w:sz="6" w:space="0" w:color="B7B7B7"/>
              <w:right w:val="single" w:sz="6" w:space="0" w:color="B7B7B7"/>
            </w:tcBorders>
            <w:shd w:val="clear" w:color="auto" w:fill="F2F2F2"/>
            <w:tcMar>
              <w:top w:w="90" w:type="dxa"/>
              <w:left w:w="150" w:type="dxa"/>
              <w:bottom w:w="90" w:type="dxa"/>
              <w:right w:w="150" w:type="dxa"/>
            </w:tcMar>
            <w:vAlign w:val="center"/>
          </w:tcPr>
          <w:p w14:paraId="677EE386" w14:textId="77777777" w:rsidR="008C38E1" w:rsidRDefault="00000000">
            <w:pPr>
              <w:spacing w:after="0"/>
              <w:jc w:val="center"/>
            </w:pPr>
            <w:r>
              <w:rPr>
                <w:rFonts w:eastAsia="Arial"/>
                <w:b/>
                <w:sz w:val="22"/>
              </w:rPr>
              <w:t>[adresse-mail-factures@entreprise.fr]</w:t>
            </w:r>
          </w:p>
        </w:tc>
      </w:tr>
    </w:tbl>
    <w:p w14:paraId="2BB5B689" w14:textId="77777777" w:rsidR="008C38E1" w:rsidRDefault="008C38E1">
      <w:pPr>
        <w:spacing w:after="20"/>
      </w:pPr>
    </w:p>
    <w:p w14:paraId="752869E0" w14:textId="77777777" w:rsidR="008C38E1" w:rsidRDefault="00000000">
      <w:r>
        <w:rPr>
          <w:rFonts w:eastAsia="Arial"/>
        </w:rPr>
        <w:t xml:space="preserve">Lorsque votre système ne permet pas l’acheminement électronique de la facture, merci de nous transmettre une </w:t>
      </w:r>
      <w:r>
        <w:rPr>
          <w:rFonts w:eastAsia="Arial"/>
          <w:b/>
        </w:rPr>
        <w:t>copie de continuité au format PDF</w:t>
      </w:r>
      <w:r>
        <w:rPr>
          <w:rFonts w:eastAsia="Arial"/>
        </w:rPr>
        <w:t>, reprenant exactement :</w:t>
      </w:r>
    </w:p>
    <w:p w14:paraId="2A72BADA" w14:textId="77777777" w:rsidR="008C38E1" w:rsidRDefault="00000000">
      <w:pPr>
        <w:keepLines/>
        <w:spacing w:after="20"/>
        <w:ind w:left="397" w:hanging="227"/>
      </w:pPr>
      <w:r>
        <w:rPr>
          <w:sz w:val="20"/>
        </w:rPr>
        <w:t>•  le même numéro de facture ;</w:t>
      </w:r>
    </w:p>
    <w:p w14:paraId="0E76F612" w14:textId="77777777" w:rsidR="008C38E1" w:rsidRDefault="00000000">
      <w:pPr>
        <w:keepLines/>
        <w:spacing w:after="20"/>
        <w:ind w:left="397" w:hanging="227"/>
      </w:pPr>
      <w:r>
        <w:rPr>
          <w:sz w:val="20"/>
        </w:rPr>
        <w:t>•  la même date ;</w:t>
      </w:r>
    </w:p>
    <w:p w14:paraId="04CABED9" w14:textId="77777777" w:rsidR="008C38E1" w:rsidRDefault="00000000">
      <w:pPr>
        <w:keepLines/>
        <w:spacing w:after="20"/>
        <w:ind w:left="397" w:hanging="227"/>
      </w:pPr>
      <w:r>
        <w:rPr>
          <w:sz w:val="20"/>
        </w:rPr>
        <w:t>•  les mêmes montants et références ;</w:t>
      </w:r>
    </w:p>
    <w:p w14:paraId="7108480C" w14:textId="77777777" w:rsidR="008C38E1" w:rsidRDefault="00000000">
      <w:pPr>
        <w:keepLines/>
        <w:spacing w:after="20"/>
        <w:ind w:left="397" w:hanging="227"/>
      </w:pPr>
      <w:r>
        <w:rPr>
          <w:sz w:val="20"/>
        </w:rPr>
        <w:t>•  les coordonnées complètes du fournisseur et du client.</w:t>
      </w:r>
    </w:p>
    <w:p w14:paraId="65C0DD8F" w14:textId="77777777" w:rsidR="008C38E1" w:rsidRDefault="00000000">
      <w:pPr>
        <w:spacing w:before="80" w:after="60"/>
      </w:pPr>
      <w:r>
        <w:rPr>
          <w:rFonts w:eastAsia="Arial"/>
        </w:rPr>
        <w:t>Merci d’indiquer dans l’objet du message :</w:t>
      </w:r>
    </w:p>
    <w:tbl>
      <w:tblPr>
        <w:tblW w:w="0" w:type="auto"/>
        <w:jc w:val="center"/>
        <w:tblLook w:val="04A0" w:firstRow="1" w:lastRow="0" w:firstColumn="1" w:lastColumn="0" w:noHBand="0" w:noVBand="1"/>
      </w:tblPr>
      <w:tblGrid>
        <w:gridCol w:w="10086"/>
      </w:tblGrid>
      <w:tr w:rsidR="008C38E1" w14:paraId="37E1E581" w14:textId="77777777">
        <w:trPr>
          <w:cantSplit/>
          <w:jc w:val="center"/>
        </w:trPr>
        <w:tc>
          <w:tcPr>
            <w:tcW w:w="10086" w:type="dxa"/>
            <w:tcBorders>
              <w:top w:val="single" w:sz="4" w:space="0" w:color="C8C8C8"/>
              <w:left w:val="single" w:sz="4" w:space="0" w:color="C8C8C8"/>
              <w:bottom w:val="single" w:sz="4" w:space="0" w:color="C8C8C8"/>
              <w:right w:val="single" w:sz="4" w:space="0" w:color="C8C8C8"/>
            </w:tcBorders>
            <w:shd w:val="clear" w:color="auto" w:fill="F7F7F7"/>
            <w:tcMar>
              <w:top w:w="75" w:type="dxa"/>
              <w:left w:w="130" w:type="dxa"/>
              <w:bottom w:w="75" w:type="dxa"/>
              <w:right w:w="130" w:type="dxa"/>
            </w:tcMar>
          </w:tcPr>
          <w:p w14:paraId="330091B0" w14:textId="77777777" w:rsidR="008C38E1" w:rsidRDefault="00000000">
            <w:pPr>
              <w:spacing w:after="0"/>
              <w:jc w:val="center"/>
            </w:pPr>
            <w:r>
              <w:rPr>
                <w:rFonts w:eastAsia="Arial"/>
                <w:b/>
              </w:rPr>
              <w:t>Copie de continuité – Facture nº [numéro]</w:t>
            </w:r>
          </w:p>
        </w:tc>
      </w:tr>
    </w:tbl>
    <w:p w14:paraId="702E5429" w14:textId="77777777" w:rsidR="008C38E1" w:rsidRDefault="008C38E1">
      <w:pPr>
        <w:spacing w:after="20"/>
      </w:pPr>
    </w:p>
    <w:p w14:paraId="3C5FA1FB" w14:textId="77777777" w:rsidR="008C38E1" w:rsidRDefault="00000000">
      <w:pPr>
        <w:keepLines/>
      </w:pPr>
      <w:r>
        <w:rPr>
          <w:rFonts w:eastAsia="Arial"/>
        </w:rPr>
        <w:t>Cette transmission ne doit pas constituer une nouvelle facture. En cas d’envoi ou de régularisation ultérieure par une plateforme agréée, merci de conserver le même numéro de facture et de nous en informer afin d’éviter tout double paiement ou toute double comptabilisation.</w:t>
      </w:r>
    </w:p>
    <w:p w14:paraId="3BD5E20A" w14:textId="77777777" w:rsidR="008C38E1" w:rsidRDefault="00000000">
      <w:pPr>
        <w:keepLines/>
      </w:pPr>
      <w:r>
        <w:rPr>
          <w:rFonts w:eastAsia="Arial"/>
        </w:rPr>
        <w:t>À défaut d’envoi par mail, les factures peuvent être adressées par courrier à :</w:t>
      </w:r>
    </w:p>
    <w:p w14:paraId="174D7AE4" w14:textId="77777777" w:rsidR="008C38E1" w:rsidRDefault="00000000">
      <w:pPr>
        <w:spacing w:after="120"/>
        <w:jc w:val="center"/>
      </w:pPr>
      <w:r>
        <w:rPr>
          <w:rFonts w:eastAsia="Arial"/>
          <w:b/>
        </w:rPr>
        <w:t>[adresse postale complète]</w:t>
      </w:r>
    </w:p>
    <w:p w14:paraId="12704DD4" w14:textId="77777777" w:rsidR="008C38E1" w:rsidRDefault="00000000">
      <w:pPr>
        <w:keepLines/>
        <w:spacing w:after="160"/>
      </w:pPr>
      <w:r>
        <w:rPr>
          <w:rFonts w:eastAsia="Arial"/>
        </w:rPr>
        <w:t>Les factures reçues par ces canaux seront traitées et réglées conformément aux conditions commerciales convenues.</w:t>
      </w:r>
    </w:p>
    <w:p w14:paraId="79667F0D" w14:textId="77777777" w:rsidR="008C38E1" w:rsidRDefault="00000000">
      <w:pPr>
        <w:spacing w:after="160"/>
      </w:pPr>
      <w:r>
        <w:rPr>
          <w:rFonts w:eastAsia="Arial"/>
        </w:rPr>
        <w:t>Cordialement,</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5043"/>
        <w:gridCol w:w="5043"/>
      </w:tblGrid>
      <w:tr w:rsidR="008C38E1" w14:paraId="3A79BC19" w14:textId="77777777">
        <w:trPr>
          <w:cantSplit/>
          <w:jc w:val="center"/>
        </w:trPr>
        <w:tc>
          <w:tcPr>
            <w:tcW w:w="5043" w:type="dxa"/>
            <w:tcMar>
              <w:top w:w="0" w:type="dxa"/>
              <w:left w:w="0" w:type="dxa"/>
              <w:bottom w:w="0" w:type="dxa"/>
              <w:right w:w="0" w:type="dxa"/>
            </w:tcMar>
          </w:tcPr>
          <w:p w14:paraId="6C250909" w14:textId="77777777" w:rsidR="008C38E1" w:rsidRDefault="00000000">
            <w:pPr>
              <w:spacing w:after="20"/>
            </w:pPr>
            <w:r>
              <w:rPr>
                <w:rFonts w:eastAsia="Arial"/>
                <w:b/>
              </w:rPr>
              <w:t>[Nom ou raison sociale]</w:t>
            </w:r>
          </w:p>
          <w:p w14:paraId="63D88D16" w14:textId="77777777" w:rsidR="008C38E1" w:rsidRDefault="00000000">
            <w:pPr>
              <w:spacing w:after="10"/>
            </w:pPr>
            <w:r>
              <w:rPr>
                <w:rFonts w:eastAsia="Arial"/>
                <w:sz w:val="19"/>
              </w:rPr>
              <w:t>SIREN : [numéro]</w:t>
            </w:r>
          </w:p>
          <w:p w14:paraId="05A977B6" w14:textId="77777777" w:rsidR="008C38E1" w:rsidRDefault="00000000">
            <w:pPr>
              <w:spacing w:after="10"/>
            </w:pPr>
            <w:r>
              <w:rPr>
                <w:rFonts w:eastAsia="Arial"/>
                <w:sz w:val="19"/>
              </w:rPr>
              <w:t>Adresse : [adresse]</w:t>
            </w:r>
          </w:p>
          <w:p w14:paraId="5162381D" w14:textId="77777777" w:rsidR="008C38E1" w:rsidRDefault="00000000">
            <w:pPr>
              <w:spacing w:after="10"/>
            </w:pPr>
            <w:r>
              <w:rPr>
                <w:rFonts w:eastAsia="Arial"/>
                <w:sz w:val="19"/>
              </w:rPr>
              <w:t>Téléphone : [numéro]</w:t>
            </w:r>
          </w:p>
        </w:tc>
        <w:tc>
          <w:tcPr>
            <w:tcW w:w="5043" w:type="dxa"/>
            <w:tcMar>
              <w:top w:w="0" w:type="dxa"/>
              <w:left w:w="0" w:type="dxa"/>
              <w:bottom w:w="0" w:type="dxa"/>
              <w:right w:w="0" w:type="dxa"/>
            </w:tcMar>
          </w:tcPr>
          <w:p w14:paraId="400F96D0" w14:textId="77777777" w:rsidR="008C38E1" w:rsidRDefault="00000000">
            <w:pPr>
              <w:spacing w:after="440"/>
              <w:jc w:val="center"/>
            </w:pPr>
            <w:r>
              <w:rPr>
                <w:rFonts w:eastAsia="Arial"/>
                <w:b/>
                <w:sz w:val="19"/>
              </w:rPr>
              <w:t>[Nom et qualité du signataire]</w:t>
            </w:r>
          </w:p>
          <w:p w14:paraId="31198114" w14:textId="77777777" w:rsidR="008C38E1" w:rsidRDefault="00000000">
            <w:pPr>
              <w:spacing w:after="0"/>
              <w:jc w:val="center"/>
            </w:pPr>
            <w:r>
              <w:rPr>
                <w:rFonts w:eastAsia="Arial"/>
                <w:i/>
                <w:color w:val="5A5A5A"/>
                <w:sz w:val="18"/>
              </w:rPr>
              <w:t>[Signature et cachet]</w:t>
            </w:r>
          </w:p>
        </w:tc>
      </w:tr>
    </w:tbl>
    <w:p w14:paraId="6B31F122" w14:textId="77777777" w:rsidR="009F2C3F" w:rsidRDefault="009F2C3F"/>
    <w:sectPr w:rsidR="009F2C3F" w:rsidSect="00034616">
      <w:headerReference w:type="default" r:id="rId8"/>
      <w:footerReference w:type="default" r:id="rId9"/>
      <w:pgSz w:w="12240" w:h="15840"/>
      <w:pgMar w:top="907" w:right="1077" w:bottom="850" w:left="1077" w:header="397"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D356018" w14:textId="77777777" w:rsidR="00B53FA3" w:rsidRDefault="00B53FA3">
      <w:pPr>
        <w:spacing w:after="0" w:line="240" w:lineRule="auto"/>
      </w:pPr>
      <w:r>
        <w:separator/>
      </w:r>
    </w:p>
  </w:endnote>
  <w:endnote w:type="continuationSeparator" w:id="0">
    <w:p w14:paraId="753247C0" w14:textId="77777777" w:rsidR="00B53FA3" w:rsidRDefault="00B53F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74DAC0D" w14:textId="77777777" w:rsidR="008C38E1" w:rsidRDefault="00000000">
    <w:pPr>
      <w:pStyle w:val="Pieddepage"/>
      <w:jc w:val="center"/>
    </w:pPr>
    <w:proofErr w:type="spellStart"/>
    <w:r>
      <w:rPr>
        <w:rFonts w:eastAsia="Arial"/>
        <w:color w:val="6E6E6E"/>
        <w:sz w:val="15"/>
      </w:rPr>
      <w:t>Demande</w:t>
    </w:r>
    <w:proofErr w:type="spellEnd"/>
    <w:r>
      <w:rPr>
        <w:rFonts w:eastAsia="Arial"/>
        <w:color w:val="6E6E6E"/>
        <w:sz w:val="15"/>
      </w:rPr>
      <w:t xml:space="preserve"> </w:t>
    </w:r>
    <w:proofErr w:type="spellStart"/>
    <w:r>
      <w:rPr>
        <w:rFonts w:eastAsia="Arial"/>
        <w:color w:val="6E6E6E"/>
        <w:sz w:val="15"/>
      </w:rPr>
      <w:t>d’envoi</w:t>
    </w:r>
    <w:proofErr w:type="spellEnd"/>
    <w:r>
      <w:rPr>
        <w:rFonts w:eastAsia="Arial"/>
        <w:color w:val="6E6E6E"/>
        <w:sz w:val="15"/>
      </w:rPr>
      <w:t xml:space="preserve"> direct des factures — document à </w:t>
    </w:r>
    <w:proofErr w:type="spellStart"/>
    <w:r>
      <w:rPr>
        <w:rFonts w:eastAsia="Arial"/>
        <w:color w:val="6E6E6E"/>
        <w:sz w:val="15"/>
      </w:rPr>
      <w:t>compléter</w:t>
    </w:r>
    <w:proofErr w:type="spellEnd"/>
    <w:r>
      <w:rPr>
        <w:rFonts w:eastAsia="Arial"/>
        <w:color w:val="6E6E6E"/>
        <w:sz w:val="15"/>
      </w:rPr>
      <w:t xml:space="preserve"> avant envoi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EABF9B7" w14:textId="77777777" w:rsidR="00B53FA3" w:rsidRDefault="00B53FA3">
      <w:pPr>
        <w:spacing w:after="0" w:line="240" w:lineRule="auto"/>
      </w:pPr>
      <w:r>
        <w:separator/>
      </w:r>
    </w:p>
  </w:footnote>
  <w:footnote w:type="continuationSeparator" w:id="0">
    <w:p w14:paraId="2CD65B72" w14:textId="77777777" w:rsidR="00B53FA3" w:rsidRDefault="00B53F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82BAACF" w14:textId="544A303C" w:rsidR="008C38E1" w:rsidRDefault="00000000">
    <w:pPr>
      <w:pStyle w:val="En-tte"/>
      <w:jc w:val="right"/>
    </w:pPr>
    <w:r>
      <w:rPr>
        <w:rFonts w:eastAsia="Arial"/>
        <w:color w:val="5F5F5F"/>
        <w:sz w:val="16"/>
      </w:rPr>
      <w:t>📩 240726 - 4 - v1.</w:t>
    </w:r>
    <w:r w:rsidR="00A06066">
      <w:rPr>
        <w:rFonts w:eastAsia="Arial"/>
        <w:color w:val="5F5F5F"/>
        <w:sz w:val="16"/>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num w:numId="1" w16cid:durableId="1286086114">
    <w:abstractNumId w:val="8"/>
  </w:num>
  <w:num w:numId="2" w16cid:durableId="1497112413">
    <w:abstractNumId w:val="6"/>
  </w:num>
  <w:num w:numId="3" w16cid:durableId="1034233156">
    <w:abstractNumId w:val="5"/>
  </w:num>
  <w:num w:numId="4" w16cid:durableId="644743598">
    <w:abstractNumId w:val="4"/>
  </w:num>
  <w:num w:numId="5" w16cid:durableId="765153731">
    <w:abstractNumId w:val="7"/>
  </w:num>
  <w:num w:numId="6" w16cid:durableId="1965887424">
    <w:abstractNumId w:val="3"/>
  </w:num>
  <w:num w:numId="7" w16cid:durableId="257636857">
    <w:abstractNumId w:val="2"/>
  </w:num>
  <w:num w:numId="8" w16cid:durableId="207836399">
    <w:abstractNumId w:val="1"/>
  </w:num>
  <w:num w:numId="9" w16cid:durableId="75860046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1"/>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C5E66"/>
    <w:rsid w:val="0029639D"/>
    <w:rsid w:val="00326F90"/>
    <w:rsid w:val="008C38E1"/>
    <w:rsid w:val="00922590"/>
    <w:rsid w:val="00924B0B"/>
    <w:rsid w:val="009F2C3F"/>
    <w:rsid w:val="00A06066"/>
    <w:rsid w:val="00AA1D8D"/>
    <w:rsid w:val="00B47730"/>
    <w:rsid w:val="00B53FA3"/>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C1446C9"/>
  <w14:defaultImageDpi w14:val="300"/>
  <w15:docId w15:val="{0B68E843-1E66-094F-A84C-4C22DBBAB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54" w:lineRule="auto"/>
    </w:pPr>
    <w:rPr>
      <w:rFonts w:ascii="Arial" w:hAnsi="Arial"/>
      <w:sz w:val="21"/>
    </w:rPr>
  </w:style>
  <w:style w:type="paragraph" w:styleId="Titre1">
    <w:name w:val="heading 1"/>
    <w:basedOn w:val="Normal"/>
    <w:next w:val="Normal"/>
    <w:link w:val="Titre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pPr>
      <w:spacing w:after="120"/>
    </w:pPr>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after="120"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pPr>
      <w:spacing w:after="120"/>
    </w:pPr>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spacing w:after="120"/>
      <w:ind w:left="360"/>
      <w:contextualSpacing/>
    </w:pPr>
  </w:style>
  <w:style w:type="paragraph" w:styleId="Listecontinue2">
    <w:name w:val="List Continue 2"/>
    <w:basedOn w:val="Normal"/>
    <w:uiPriority w:val="99"/>
    <w:unhideWhenUsed/>
    <w:rsid w:val="0029639D"/>
    <w:pPr>
      <w:spacing w:after="120"/>
      <w:ind w:left="720"/>
      <w:contextualSpacing/>
    </w:pPr>
  </w:style>
  <w:style w:type="paragraph" w:styleId="Listecontinue3">
    <w:name w:val="List Continue 3"/>
    <w:basedOn w:val="Normal"/>
    <w:uiPriority w:val="99"/>
    <w:unhideWhenUsed/>
    <w:rsid w:val="0029639D"/>
    <w:pPr>
      <w:spacing w:after="120"/>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Objet">
    <w:name w:val="Objet"/>
    <w:pPr>
      <w:keepNext/>
      <w:spacing w:before="40" w:after="160"/>
    </w:pPr>
    <w:rPr>
      <w:rFonts w:ascii="Arial" w:hAnsi="Arial"/>
      <w:b/>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271</Words>
  <Characters>1548</Characters>
  <Application>Microsoft Office Word</Application>
  <DocSecurity>0</DocSecurity>
  <Lines>45</Lines>
  <Paragraphs>39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Demande d’envoi direct des factures</dc:title>
  <dc:subject>Modalités de transmission des factures à compter du 1er septembre 2026</dc:subject>
  <dc:creator>tmpx</dc:creator>
  <cp:keywords/>
  <dc:description>Version restructurée et mise en page professionnelle, fond conservé.</dc:description>
  <cp:lastModifiedBy>Vadim Rodtchenki</cp:lastModifiedBy>
  <cp:revision>4</cp:revision>
  <dcterms:created xsi:type="dcterms:W3CDTF">2026-07-28T04:13:00Z</dcterms:created>
  <dcterms:modified xsi:type="dcterms:W3CDTF">2026-07-28T04:15:00Z</dcterms:modified>
  <cp:category/>
</cp:coreProperties>
</file>